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2A8D" w:rsidRPr="005E2A8D" w:rsidRDefault="005E2A8D" w:rsidP="005E2A8D">
      <w:pPr>
        <w:pStyle w:val="Heading1"/>
        <w:jc w:val="center"/>
        <w:rPr>
          <w:i/>
          <w:color w:val="E36C0A" w:themeColor="accent6" w:themeShade="BF"/>
        </w:rPr>
      </w:pPr>
      <w:r w:rsidRPr="005E2A8D">
        <w:rPr>
          <w:i/>
          <w:color w:val="E36C0A" w:themeColor="accent6" w:themeShade="BF"/>
        </w:rPr>
        <w:t>SNM WEB DEVELOPER</w:t>
      </w:r>
    </w:p>
    <w:p w:rsidR="00A627EA" w:rsidRDefault="00B436C2" w:rsidP="005E2A8D">
      <w:pPr>
        <w:pStyle w:val="Heading1"/>
        <w:jc w:val="center"/>
      </w:pPr>
      <w:r>
        <w:t>Website Checklist</w:t>
      </w:r>
    </w:p>
    <w:p w:rsidR="00A627EA" w:rsidRDefault="00B436C2">
      <w:pPr>
        <w:pStyle w:val="Heading2"/>
      </w:pPr>
      <w:r>
        <w:t>1. Basic Business Information</w:t>
      </w:r>
    </w:p>
    <w:p w:rsidR="00A627EA" w:rsidRDefault="00B436C2">
      <w:pPr>
        <w:pStyle w:val="ListBullet"/>
      </w:pPr>
      <w:r>
        <w:t>☐</w:t>
      </w:r>
      <w:r>
        <w:t xml:space="preserve"> Business Name</w:t>
      </w:r>
    </w:p>
    <w:p w:rsidR="00A627EA" w:rsidRDefault="00B436C2">
      <w:pPr>
        <w:pStyle w:val="ListBullet"/>
      </w:pPr>
      <w:r>
        <w:t>☐</w:t>
      </w:r>
      <w:r>
        <w:t xml:space="preserve"> Business Category (Restaurant, Hospital, </w:t>
      </w:r>
      <w:r>
        <w:t>Salon, Truck, Real Estate, etc.)</w:t>
      </w:r>
    </w:p>
    <w:p w:rsidR="00A627EA" w:rsidRDefault="00B436C2">
      <w:pPr>
        <w:pStyle w:val="ListBullet"/>
      </w:pPr>
      <w:r>
        <w:t>☐</w:t>
      </w:r>
      <w:r>
        <w:t xml:space="preserve"> Business Description/About</w:t>
      </w:r>
    </w:p>
    <w:p w:rsidR="00A627EA" w:rsidRDefault="00B436C2">
      <w:pPr>
        <w:pStyle w:val="ListBullet"/>
      </w:pPr>
      <w:r>
        <w:t>☐</w:t>
      </w:r>
      <w:r>
        <w:t xml:space="preserve"> Business Logo</w:t>
      </w:r>
    </w:p>
    <w:p w:rsidR="00A627EA" w:rsidRDefault="00B436C2">
      <w:pPr>
        <w:pStyle w:val="ListBullet"/>
      </w:pPr>
      <w:r>
        <w:t>☐ Brand Colors (Optional</w:t>
      </w:r>
      <w:r>
        <w:t>)</w:t>
      </w:r>
    </w:p>
    <w:p w:rsidR="00A627EA" w:rsidRDefault="00B436C2">
      <w:pPr>
        <w:pStyle w:val="Heading2"/>
      </w:pPr>
      <w:r>
        <w:t>2. Contact Details</w:t>
      </w:r>
    </w:p>
    <w:p w:rsidR="00A627EA" w:rsidRDefault="00B436C2">
      <w:pPr>
        <w:pStyle w:val="ListBullet"/>
      </w:pPr>
      <w:r>
        <w:t>☐</w:t>
      </w:r>
      <w:r>
        <w:t xml:space="preserve"> Phone Number</w:t>
      </w:r>
    </w:p>
    <w:p w:rsidR="00A627EA" w:rsidRDefault="00B436C2">
      <w:pPr>
        <w:pStyle w:val="ListBullet"/>
      </w:pPr>
      <w:r>
        <w:t>☐</w:t>
      </w:r>
      <w:r>
        <w:t xml:space="preserve"> WhatsApp </w:t>
      </w:r>
      <w:r>
        <w:t>Number</w:t>
      </w:r>
    </w:p>
    <w:p w:rsidR="00A627EA" w:rsidRDefault="00B436C2">
      <w:pPr>
        <w:pStyle w:val="ListBullet"/>
      </w:pPr>
      <w:r>
        <w:t>☐</w:t>
      </w:r>
      <w:r>
        <w:t xml:space="preserve"> Email Address</w:t>
      </w:r>
    </w:p>
    <w:p w:rsidR="00A627EA" w:rsidRDefault="00B436C2">
      <w:pPr>
        <w:pStyle w:val="ListBullet"/>
      </w:pPr>
      <w:r>
        <w:t>☐</w:t>
      </w:r>
      <w:r>
        <w:t xml:space="preserve"> Business Address</w:t>
      </w:r>
    </w:p>
    <w:p w:rsidR="00A627EA" w:rsidRDefault="00B436C2">
      <w:pPr>
        <w:pStyle w:val="ListBullet"/>
      </w:pPr>
      <w:r>
        <w:t>☐</w:t>
      </w:r>
      <w:r>
        <w:t xml:space="preserve"> Google Map Location</w:t>
      </w:r>
    </w:p>
    <w:p w:rsidR="00A627EA" w:rsidRDefault="00B436C2">
      <w:pPr>
        <w:pStyle w:val="Heading2"/>
      </w:pPr>
      <w:r>
        <w:t>3. Website Content</w:t>
      </w:r>
    </w:p>
    <w:p w:rsidR="00A627EA" w:rsidRDefault="00B436C2">
      <w:pPr>
        <w:pStyle w:val="ListBullet"/>
      </w:pPr>
      <w:r>
        <w:t>☐</w:t>
      </w:r>
      <w:r>
        <w:t xml:space="preserve"> Services List</w:t>
      </w:r>
    </w:p>
    <w:p w:rsidR="00A627EA" w:rsidRDefault="00B436C2">
      <w:pPr>
        <w:pStyle w:val="ListBullet"/>
      </w:pPr>
      <w:r>
        <w:t>☐</w:t>
      </w:r>
      <w:r>
        <w:t xml:space="preserve"> Product/Menu D</w:t>
      </w:r>
      <w:r w:rsidR="005E2A8D">
        <w:t>etails (restaurant</w:t>
      </w:r>
      <w:r>
        <w:t>)</w:t>
      </w:r>
    </w:p>
    <w:p w:rsidR="005E2A8D" w:rsidRDefault="00B436C2">
      <w:pPr>
        <w:pStyle w:val="ListBullet"/>
      </w:pPr>
      <w:r>
        <w:t>☐</w:t>
      </w:r>
      <w:r>
        <w:t xml:space="preserve"> Pricing </w:t>
      </w:r>
      <w:r w:rsidR="005E2A8D">
        <w:t>(if you want to display it)”</w:t>
      </w:r>
    </w:p>
    <w:p w:rsidR="00A627EA" w:rsidRDefault="00B436C2">
      <w:pPr>
        <w:pStyle w:val="ListBullet"/>
      </w:pPr>
      <w:r>
        <w:t>☐</w:t>
      </w:r>
      <w:r>
        <w:t xml:space="preserve"> Images/Photos/Videos</w:t>
      </w:r>
    </w:p>
    <w:p w:rsidR="00A627EA" w:rsidRDefault="00B436C2">
      <w:pPr>
        <w:pStyle w:val="ListBullet"/>
      </w:pPr>
      <w:r>
        <w:t>☐</w:t>
      </w:r>
      <w:r>
        <w:t xml:space="preserve"> About Us content</w:t>
      </w:r>
    </w:p>
    <w:p w:rsidR="00A627EA" w:rsidRDefault="00B436C2">
      <w:pPr>
        <w:pStyle w:val="ListBullet"/>
      </w:pPr>
      <w:r>
        <w:t>☐</w:t>
      </w:r>
      <w:r>
        <w:t xml:space="preserve"> FAQs</w:t>
      </w:r>
    </w:p>
    <w:p w:rsidR="00A627EA" w:rsidRDefault="00B436C2">
      <w:pPr>
        <w:pStyle w:val="Heading2"/>
      </w:pPr>
      <w:r>
        <w:t>4. Social Media &amp; Links</w:t>
      </w:r>
    </w:p>
    <w:p w:rsidR="00A627EA" w:rsidRDefault="00B436C2">
      <w:pPr>
        <w:pStyle w:val="ListBullet"/>
      </w:pPr>
      <w:r>
        <w:t>☐</w:t>
      </w:r>
      <w:r>
        <w:t xml:space="preserve"> </w:t>
      </w:r>
      <w:r>
        <w:t>Facebook link</w:t>
      </w:r>
    </w:p>
    <w:p w:rsidR="00A627EA" w:rsidRDefault="00B436C2">
      <w:pPr>
        <w:pStyle w:val="ListBullet"/>
      </w:pPr>
      <w:r>
        <w:t>☐</w:t>
      </w:r>
      <w:r>
        <w:t xml:space="preserve"> Instagram link</w:t>
      </w:r>
    </w:p>
    <w:p w:rsidR="00A627EA" w:rsidRDefault="00B436C2">
      <w:pPr>
        <w:pStyle w:val="ListBullet"/>
      </w:pPr>
      <w:r>
        <w:t>☐</w:t>
      </w:r>
      <w:r>
        <w:t xml:space="preserve"> YouTube link</w:t>
      </w:r>
    </w:p>
    <w:p w:rsidR="00A627EA" w:rsidRDefault="00B436C2">
      <w:pPr>
        <w:pStyle w:val="ListBullet"/>
      </w:pPr>
      <w:r>
        <w:t>☐</w:t>
      </w:r>
      <w:r>
        <w:t xml:space="preserve"> Google Business Profile link</w:t>
      </w:r>
    </w:p>
    <w:p w:rsidR="00A627EA" w:rsidRDefault="00B436C2">
      <w:pPr>
        <w:pStyle w:val="Heading2"/>
      </w:pPr>
      <w:r>
        <w:t>5. Website Pages Required</w:t>
      </w:r>
    </w:p>
    <w:p w:rsidR="00A627EA" w:rsidRDefault="00B436C2">
      <w:pPr>
        <w:pStyle w:val="ListBullet"/>
      </w:pPr>
      <w:r>
        <w:t>☐</w:t>
      </w:r>
      <w:r>
        <w:t xml:space="preserve"> Home</w:t>
      </w:r>
    </w:p>
    <w:p w:rsidR="00A627EA" w:rsidRDefault="00B436C2">
      <w:pPr>
        <w:pStyle w:val="ListBullet"/>
      </w:pPr>
      <w:r>
        <w:t>☐</w:t>
      </w:r>
      <w:r>
        <w:t xml:space="preserve"> About</w:t>
      </w:r>
    </w:p>
    <w:p w:rsidR="00A627EA" w:rsidRDefault="00B436C2">
      <w:pPr>
        <w:pStyle w:val="ListBullet"/>
      </w:pPr>
      <w:r>
        <w:t>☐</w:t>
      </w:r>
      <w:r>
        <w:t xml:space="preserve"> Services/Menu</w:t>
      </w:r>
    </w:p>
    <w:p w:rsidR="00A627EA" w:rsidRDefault="00B436C2">
      <w:pPr>
        <w:pStyle w:val="ListBullet"/>
      </w:pPr>
      <w:r>
        <w:t>☐</w:t>
      </w:r>
      <w:r>
        <w:t xml:space="preserve"> Gallery</w:t>
      </w:r>
    </w:p>
    <w:p w:rsidR="00A627EA" w:rsidRDefault="00B436C2">
      <w:pPr>
        <w:pStyle w:val="ListBullet"/>
      </w:pPr>
      <w:r>
        <w:t>☐</w:t>
      </w:r>
      <w:r>
        <w:t xml:space="preserve"> Contact</w:t>
      </w:r>
    </w:p>
    <w:p w:rsidR="00A627EA" w:rsidRDefault="00B436C2">
      <w:pPr>
        <w:pStyle w:val="ListBullet"/>
      </w:pPr>
      <w:r>
        <w:t>☐</w:t>
      </w:r>
      <w:r>
        <w:t xml:space="preserve"> Blog (optional)</w:t>
      </w:r>
    </w:p>
    <w:p w:rsidR="00A627EA" w:rsidRDefault="00B436C2">
      <w:pPr>
        <w:pStyle w:val="Heading2"/>
      </w:pPr>
      <w:r>
        <w:lastRenderedPageBreak/>
        <w:t>6. Domain &amp; Hosting</w:t>
      </w:r>
    </w:p>
    <w:p w:rsidR="00A627EA" w:rsidRDefault="00B436C2">
      <w:pPr>
        <w:pStyle w:val="ListBullet"/>
      </w:pPr>
      <w:r>
        <w:t>☐</w:t>
      </w:r>
      <w:r>
        <w:t xml:space="preserve"> Domain </w:t>
      </w:r>
      <w:r w:rsidR="005E2A8D">
        <w:t>name</w:t>
      </w:r>
    </w:p>
    <w:p w:rsidR="00A627EA" w:rsidRDefault="00B436C2">
      <w:pPr>
        <w:pStyle w:val="Heading2"/>
      </w:pPr>
      <w:r>
        <w:t>7. Features Required</w:t>
      </w:r>
    </w:p>
    <w:p w:rsidR="00A627EA" w:rsidRDefault="00B436C2">
      <w:pPr>
        <w:pStyle w:val="ListBullet"/>
      </w:pPr>
      <w:r>
        <w:t>☐</w:t>
      </w:r>
      <w:r>
        <w:t xml:space="preserve"> Contact Form</w:t>
      </w:r>
    </w:p>
    <w:p w:rsidR="00A627EA" w:rsidRDefault="00B436C2">
      <w:pPr>
        <w:pStyle w:val="ListBullet"/>
      </w:pPr>
      <w:r>
        <w:t>☐</w:t>
      </w:r>
      <w:r>
        <w:t xml:space="preserve"> WhatsApp Button</w:t>
      </w:r>
    </w:p>
    <w:p w:rsidR="00A627EA" w:rsidRDefault="00B436C2">
      <w:pPr>
        <w:pStyle w:val="ListBullet"/>
      </w:pPr>
      <w:r>
        <w:t>☐</w:t>
      </w:r>
      <w:r>
        <w:t xml:space="preserve"> Call Button</w:t>
      </w:r>
    </w:p>
    <w:p w:rsidR="00A627EA" w:rsidRDefault="00B436C2">
      <w:pPr>
        <w:pStyle w:val="ListBullet"/>
      </w:pPr>
      <w:r>
        <w:t>☐</w:t>
      </w:r>
      <w:r>
        <w:t xml:space="preserve"> Table Booking / Appointment</w:t>
      </w:r>
    </w:p>
    <w:p w:rsidR="00A627EA" w:rsidRDefault="00B436C2">
      <w:pPr>
        <w:pStyle w:val="ListBullet"/>
      </w:pPr>
      <w:r>
        <w:t>☐</w:t>
      </w:r>
      <w:r>
        <w:t xml:space="preserve"> Payment Gateway</w:t>
      </w:r>
    </w:p>
    <w:p w:rsidR="00A627EA" w:rsidRDefault="00B436C2" w:rsidP="005E2A8D">
      <w:pPr>
        <w:pStyle w:val="ListBullet"/>
      </w:pPr>
      <w:r>
        <w:t>☐</w:t>
      </w:r>
      <w:r>
        <w:t xml:space="preserve"> Online Order Option</w:t>
      </w:r>
    </w:p>
    <w:p w:rsidR="00A627EA" w:rsidRDefault="00B436C2">
      <w:pPr>
        <w:pStyle w:val="Heading2"/>
      </w:pPr>
      <w:r>
        <w:t>9. Login Access (Important)</w:t>
      </w:r>
    </w:p>
    <w:p w:rsidR="00A627EA" w:rsidRDefault="00B436C2" w:rsidP="005E2A8D">
      <w:pPr>
        <w:pStyle w:val="ListBullet"/>
      </w:pPr>
      <w:r>
        <w:t>☐</w:t>
      </w:r>
      <w:r>
        <w:t xml:space="preserve"> Gmail ID access (business related)</w:t>
      </w:r>
    </w:p>
    <w:sectPr w:rsidR="00A627E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B47730"/>
    <w:rsid w:val="00034616"/>
    <w:rsid w:val="0006063C"/>
    <w:rsid w:val="0015074B"/>
    <w:rsid w:val="0029639D"/>
    <w:rsid w:val="00326F90"/>
    <w:rsid w:val="005E2A8D"/>
    <w:rsid w:val="00A627EA"/>
    <w:rsid w:val="00AA1D8D"/>
    <w:rsid w:val="00B436C2"/>
    <w:rsid w:val="00B47730"/>
    <w:rsid w:val="00CB0664"/>
    <w:rsid w:val="00FC69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r</cp:lastModifiedBy>
  <cp:revision>4</cp:revision>
  <dcterms:created xsi:type="dcterms:W3CDTF">2026-06-11T17:03:00Z</dcterms:created>
  <dcterms:modified xsi:type="dcterms:W3CDTF">2026-06-11T17:04:00Z</dcterms:modified>
</cp:coreProperties>
</file>